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מהעידן היפה אל השוחות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הגורמים לפרוץ מלחמת העולם הראשונה ואת הגורם המיידי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לאפיין מלחמת שוחות ומלחמה טוטלית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משבר האמונה בקדמה ואת תוצאות המלחמה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תקופת שגשוג ואופטימיות לפני המלחמה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הרצח בסרייבו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לחימה מתוך תעלות ארוכות זמן 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בריטניה, צרפת ורוסיה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גיוס כל משאבי המדינה כולל העורף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נפילת אימפריות ועליית דיקטטורים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מאפיין מרכזי של 'העידן היפה'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כמה גורמים: לאומיות, מרוץ חימוש, אימפריאליזם, בריתות, והרצח בסרייבו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יהודים לחמו בשני הצדדים של המלחמה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כמה אימפריות נפלו בעקבות המלחמה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איטליה הצטרפה ב-1915 להסכמה, נגד גרמניה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העידן היפה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מרוץ חימוש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פרנץ פרדיננד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טוטלית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6. 1917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(תקופת שגשוג ואופטימיות לפני המלחמה)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(תחרות על בניית צבאות חזקים)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(לחימה מתוך תעלות ארוכות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(גיוס כל משאבי המדינה למלחמה)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(אובדן האמון שהמדע יביא רק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(הרצח בסרייבו ופרוץ המלחמה)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העידן היפה - שגשוג ואופטימיות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הרצח בסרייבו - הגורם המיידי למלחמה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פרוץ מלחמת העולם הראשונה ב-1914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ארצות הברית מצטרפת, רוסיה יוצאת מהמלחמה ב-1917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שביתת הנשק וסיום הלחימה ב-1918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נפילת אימפריות ומשבר האמונה בקדמה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ולהסביר שני גורמים מתוך: לאומיות, מרוץ חימוש, אימפריאליזם, מערכת הבריתות, ולציין את הרצח בסרייבו כגורם המיידי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המדינה גייסה את כל משאביה - צבא, כלכלה, תעשייה, תעמולה ואזרחים - והעורף הפך לחלק מהמערכה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המלחמה הראתה שהמדע והטכנולוגיה יכולים להרוס ולא רק להועיל, מה שערער את האופטימיות של העידן היפה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יהודים ראו עצמם כאזרחים נאמנים של המדינות השונות שבהן חיו, מה שמראה את כוחה של הלאומיות האזרחית מעבר לזהות היהודית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גורמים מתוך: לאומיות, מרוץ חימוש, אימפריאליזם, בריתות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מלחמה שבה כל משאבי המדינה מגויסים, כולל העורף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האמונה שהמדע מביא רק טוב התערערה אחרי חוויית ההרס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'אירופה 1913' ל'אירופה 1919' כדי להמחיש את גודל השינוי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להזכיר בעדינות את עניין רדיפת הארמנים ועמים נוספים, בלי פרטים מיותרים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להבהיר את מעמדה המיוחד של איטליה שהחליפה צד במהלך המלחמה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מהעידן היפה אל השוחות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1914 אנשים באירופה היו אופטימיים. אחר כך התחילה מלחמה גדולה וקשה. בדף הזה נלמד למה זה קרה ומה היו התוצאות.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העידן היפה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לפני המלחמה שהייתה בה אופטימיות והמצאות חדשות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מרוץ חימוש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בונות צבאות חזקים יותר ויותר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אימפריאליזם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מעצמות רוצות לשלוט בשטחים של עמים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הבריתות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מחנות מדינות שהתחייבו לעזור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מלחמת שוחות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לחימה מתוך תעלות ארוכות במשך זמן 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מלחמה טוטלית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מלחמה שבה כל משאבי המדינה, כולל העורף, מגויסים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משבר האמונה בקדמה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אובדן האמון שהמדע יביא רק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'העידן היפה'?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תקופת המלחמה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תקופת שגשוג ואופטימיות לפני המלחמה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התקופה שאחרי המלחמה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ימי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גרם למלחמה להתחיל בפועל?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המצאת המכונית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המהפכה התעשייתית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הרצח בסרייבו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משבר כלכלי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נלחמו בחזית?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קרב 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לחימה מתוך תעלות ארוכות זמן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קרב של יום אחד בשדה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מלחמה בלי 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היה במחנה אחד נגד גרמניה?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בריטניה, צרפת ורוסיה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גרמניה, איטליה ויפן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ארה״ב, יפן וסין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גרמניה, אוסטריה־הונגריה והאימפריה העות׳מאנית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במלחמה טוטלית?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קרב קצר ומקומי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גיוס כל משאבי המדינה כולל העורף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בלי נשק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צבא מקצועי נלחם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אחרי המלחמה?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חיזוק כל האימפריות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 עולמי מיידי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נפילת אימפריות ועליית דיקטטורים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הלאומיות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המלחמה רבים באירופה היו אופטימיים לגבי העתיד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המלחמה פרצה מסיבה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יהודים לחמו רק בצד אחד של המלחמה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המלחמה התפרקו אימפריות גדולות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איטליה נלחמה לכל אורך המלחמה לצד גרמניה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התקופה שלפני המלחמה שהתאפיינה בשגשוג ואופטימיות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תחרות בין מדינות על בניית צבאות חזקים יותר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יורש העצר של אוסטריה־הונגריה שנרצח בסרייבו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לחימה שבה צבאות התבצרו בתעלות ארוכות נקראת מלחמת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מלחמה שבה כל משאבי המדינה, כולל האזרחים, מגויסים נקראת מלחמה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בשנת __________ יצאה רוסיה מהמלחמה בעקבות המהפכה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העידן היפה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תחרות על בניית צבאות חזקים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מרוץ חימוש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אובדן האמון שהמדע יביא רק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מלחמת שוחות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תקופת שגשוג ואופטימיות לפני המלחמה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מלחמה טוטלית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הרצח בסרייבו ופרוץ המלחמה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משבר האמונה בקדמה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לחימה מתוך תעלות ארוכות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6. 1914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גיוס כל משאבי המדינה למלחמה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אימפריות ומשבר האמונה בקדמה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העידן היפה - שגשוג ואופטימיות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ארצות הברית מצטרפת, רוסיה יוצאת מהמלחמה ב-1917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שביתת הנשק וסיום הלחימה ב-1918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הרצח בסרייבו - הגורם המיידי למלחמה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פרוץ מלחמת העולם הראשונה ב-1914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שני גורמים לפרוץ מלחמת העולם הראשונה, וציינו את הגורם המיידי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נקראה המלחמה 'מלחמה טוטלית'?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'משבר האמונה בקדמה', וכיצד הוא קשור לתוצאות המלחמה?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העובדה שיהודים לחמו בשני צידי המלחמה? קשרו לשאלת הלאומיות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גורמים לפרוץ המלחמה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מלחמה טוטלית?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לאמונה בקדמה אחרי המלחמה?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מהעידן היפה אל השוחות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